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בהערכה חלופית כמו יומן תהליך, רפלקציה ומשוב עמיתים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סולם AIAS ולמה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שלבים בעבודה אחראית עם כלי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לתעד איך ומתי נעזרנו בכלי לאורך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הגדרת רמת השימוש המותרת בכלי AI במטלה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עצירה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לתכנן את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הדף, הרפלקציה נכתבת בסוף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התכנון נעשה לפני פתיחת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תלמידים משתמשים במחוון לכתיבת משוב עמיתים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(תיעוד שורה לכל שימוש בכלי)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(מחשבה על התהליך בסוף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(הערות תלמיד לתלמיד לפי 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(הצגת דעה מנומקת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(עבודה לפי 6 תחנות)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תכנון העבודה לפני פתיחת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 בכלי AI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תיעוד השימוש ביומן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קבלת משוב מעמית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רפלקציה בסיום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מה נשאל, מה היה השימוש בכלי, ומה היתה התועלת מהשימוש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הבנה שהתהליך מראה למידה אמיתית וחשיבה עצמאית, לא רק תוצאה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של רמת שימוש מותרת בכלי AI במטלה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המשימה, אחרי סיום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המחוון שנקבע למטלה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יחד עם הדפסה בפועל של דפי העבודה המקוריים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המושגים הכתובים לפרויקט אמיתי שהתלמידים עובדים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תיעוד בשפה פשוטה וברורה, לא רק דיווח יבש של עובדות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מתרגל מושגים מתוך דפי העבודה להדפסה בנושא הערכה חלופית: יומן תהליך, תכנון מצגת עמדה, משוב עמיתים, רפלקציה ומחברת חקר.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יומן תהליך בשימוש בכלי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התוצר הסופי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לתעד איך ומתי נעזרנו בכלי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בהערכה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כמה זמן ארכה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סולם AIAS עוסק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הגדרת רמת השימוש המותרת בכלי AI במטלה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הזמנים השנתי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כללי התנהגות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הדף, רמה 1 בסולם מתאימה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תוצרים יצירתיים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נקודות עצירה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 המשימות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עצמאית בבית ללא פיקוח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לפני פתיחת כלי AI במשימה, מה מומלץ לעשות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לתכנן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ישר את הכלי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את הטיוטה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להדפיס את המחוון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טופס משוב עמיתים בדף העבודה נכתב לפי...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שעון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כולל שורה לכל שימוש בכלי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הרפלקציה נכתב בתחילת המשימה, לפני שמתחילים לעבוד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התשובות למחברת חקר מתבסס על 6 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מצגת עמדה נעשה אחרי פתיחת כלי ה-AI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מחוונים משמשים רק להערכת מורים ולא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יומן __________ מתעד שורה לכל שימוש בכלי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ה__________ נכתב בסוף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פתיחת הכלי מומלץ ל__________ את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טופס משוב __________ נכתב לפי המחוון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מחשבה על התהליך בסוף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תיעוד שורה לכל שימוש בכלי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עמיתים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הצגת דעה מנומקת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מצגת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עבודה לפי 6 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 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הערות תלמיד לתלמיד לפי 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השימוש ביומן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רפלקציה בסיום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העבודה לפני פתיחת הכלי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בכלי AI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מעמית לפי המחוון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שורה אחת ביומן תהליך על שימוש דמיוני בכלי AI במטלה בבית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שמסבירה למה חשוב להעריך גם את התהליך ולא רק את התוצר הסופי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סולם AIAS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בדיוק כותבים דף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לפי מה נכתב טופס משוב עמיתים?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ותהליך למידה עם 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