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ותהליך למידה עם 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מפתח בהערכה חלופית כמו יומן תהליך, רפלקציה ומשוב עמיתים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סולם AIAS ולמה משמש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נכון של שלבים בעבודה אחראית עם כלי 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לתעד איך ומתי נעזרנו בכלי לאורך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הגדרת רמת השימוש המותרת בכלי AI במטלה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נקודות עצירה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לתכנן את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המחוון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בדף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לפי הדף, הרפלקציה נכתבת בסוף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בדף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התכנון נעשה לפני פתיחת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גם תלמידים משתמשים במחוון לכתיבת משוב עמיתים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תכנן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עמיתים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(תיעוד שורה לכל שימוש בכלי)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(מחשבה על התהליך בסוף המשימה)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(הערות תלמיד לתלמיד לפי מחוון)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(הצגת דעה מנומקת בנושא)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(עבודה לפי 6 תחנות)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תכנון העבודה לפני פתיחת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שימוש בכלי AI לפי הצורך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תיעוד השימוש ביומן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קבלת משוב מעמית לפי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רפלקציה בסיום המשימה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ציון מה נשאל, מה היה השימוש בכלי, ומה היתה התועלת מהשימוש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הבנה שהתהליך מראה למידה אמיתית וחשיבה עצמאית, לא רק תוצאה סופית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של רמת שימוש מותרת בכלי AI במטלה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בסוף המשימה, אחרי סיום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המחוון שנקבע למטלה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התרגול יחד עם הדפסה בפועל של דפי העבודה המקוריים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בין המושגים הכתובים לפרויקט אמיתי שהתלמידים עובדים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תיעוד בשפה פשוטה וברורה, לא רק דיווח יבש של עובדות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ותהליך למידה עם 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חשובות על איך לומדים ועובדים נכון עם כלי בינה מלאכותית, ואיך מעריכים את התהליך ולא רק את התוצר.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שמגדיר באיזו מידה מותר להיעזר בכלי בינה מלאכותית במטלה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שבו מתעדים שורה לכל שימוש בכלי לאורך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והתבוננות אחורה על התהליך והלמידה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עמיתים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הערות שתלמיד נותן לתלמיד אחר לפי מחוון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עם קריטריונים שלפיה מעריכים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תכנון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של חשיבה והחלטות לפני תחילת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מצגת עמדה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דעה מנומקת בנושא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תחנות 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עמדות שונות בכיתה שבהן מבצעים משימות שונות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כותבים יומן 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התוצר הסופי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לתעד איך ומתי נעזרנו בכלי לאורך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המורה בהערכה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כמה זמן ארכה ההפסקה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עוסק הסולם AIAS?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הגדרת רמת השימוש המותרת בכלי AI במטלה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הציונים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 הזמנים השנתי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כללי התנהגות במסדרון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משתמשים ברמה 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תוצרים יצירתיים עם הסבר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נקודות עצירה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רוב המשימות בשיעור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עבודה עצמאית בבית ללא פיקוח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קודם, לפני שפותחים את הכלי?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לתכנן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לפתוח ישר את הכלי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למחוק את הטיוטה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להדפיס את המחוון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מה כותבים משוב לעמית?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שעון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התהליך כולל שורה לכל שימוש בכלי 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הרפלקציה נכתב בתחילת המשימה, לפני שמתחילים לעבוד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התשובות למחברת חקר מתבסס על 6 תחנות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מצגת עמדה נעשה אחרי פתיחת כלי ה-AI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מחוונים משמשים רק להערכת מורים ולא לתלמידים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יומן __________ מתעד שורה לכל שימוש בכלי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דף ה__________ נכתב בסוף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פתיחת הכלי מומלץ ל__________ את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טופס משוב __________ נכתב לפי המחוון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יומן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הצגת דעה מנומקת בנושא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תיעוד שורה לכל שימוש בכלי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משוב עמיתים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עבודה לפי 6 תחנות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מצגת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מחשבה על התהליך בסוף המשימה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מחברת חקר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הערות תלמיד לתלמיד לפי מחוון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בכלי AI לפי הצורך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משוב מעמית לפי המחוון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רפלקציה בסיום המשימה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תיעוד השימוש ביומן התהליך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העבודה לפני פתיחת הכלי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שורה אחת ביומן תהליך על שימוש דמיוני בכלי AI במטלה בבית הספר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שמסבירה למה חשוב להעריך גם את התהליך ולא רק את התוצר הסופי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סולם AIAS ולמה הוא משמש?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בדיוק כותבים דף רפלקציה?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לפי מה נכתב טופס משוב עמיתים?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ותהליך למידה עם 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