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בהערכה חלופית כמו יומן תהליך, רפלקציה ומשוב עמיתים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סולם AIAS ולמה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שלבים בעבודה אחראית עם כלי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לתעד איך ומתי נעזרנו בכלי לאורך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הגדרת רמת השימוש המותרת בכלי AI במטלה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בדף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בדף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(תיעוד שורה לכל שימוש בכלי)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(מחשבה על התהליך בסוף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(הערות תלמיד לתלמיד לפי מחוון)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תכנון העבודה לפני פתיחת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שימוש בכלי AI לפי 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תיעוד השימוש ביומן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ציון מה נשאל, מה היה השימוש בכלי, ומה היתה התועלת מהשימוש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של רמת שימוש מותרת בכלי AI במטלה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המשימה, אחרי סיום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המחוון שנקבע למטלה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התרגול יחד עם הדפסה בפועל של דפי העבודה המקוריים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המושגים הכתובים לפרויקט אמיתי שהתלמידים עובדים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תיעוד בשפה פשוטה וברורה, לא רק דיווח יבש של עובדות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מתרגל מושגים מתוך דפי העבודה להדפסה בנושא הערכה חלופית: יומן תהליך, תכנון מצגת עמדה, משוב עמיתים, רפלקציה ומחברת חקר.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תהליך  ·  רפלקציה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יומן תהליך בשימוש בכלי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את התוצר הסופי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לתעד איך ומתי נעזרנו בכלי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המורה בהערכה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סולם AIAS עוסק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הגדרת רמת השימוש המותרת בכלי AI במטלה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הציונים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לוח הזמנים השנתי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יומן התהליך כולל שורה לכל שימוש בכלי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דף התשובות למחברת חקר מתבסס על 6 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יומן __________ מתעד שורה לכל שימוש בכלי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דף ה__________ נכתב בסוף המשימה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מחשבה על התהליך בסוף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הערות תלמיד לתלמיד לפי מחוון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משוב עמיתים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תיעוד שורה לכל שימוש בכלי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שימוש בכלי AI לפי הצורך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תיעוד השימוש ביומן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תכנון העבודה לפני פתיחת הכלי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שורה אחת ביומן תהליך על שימוש דמיוני בכלי AI במטלה בבית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סולם AIAS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בדיוק כותבים דף 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ותהליך למידה עם 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